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סוגי טקסטים – לכל טקסט יש מטרה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מטרה ← צורה - סוגי טקסטים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מטרת הכתיבה בטקסטים שונים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להתאים בין מטרת כתיבה לסוג הטקסט המתאים 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כתיבת פתיחים קצרים לסוגי טקסטים שונים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התאמה: מטרה וסוג הטקסט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(כתבה עיתונאית)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(טקסט מידעי)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(טקסט הוראות)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(מודעה/פרסומת)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בחירה מרובה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לדווח על אירוע שקרה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טקסט הוראות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מודעה/פרסומת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כדי שיהיה קל לבצע אותם בסדר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מודעה נועדת להזמין, לפרסם או למכור משהו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המטרה היא ללמד את הקורא משהו חדש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טיעוני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הוראות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תיאורי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 קצר ומזמין, למשל: כולם מוזמנים! ביום שלישי מכירת עוגות גדולה בחצר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משימת כתיבה פתוחה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לבדוק שהתלמיד בחר סוג טקסט מתאים למטרה, ושהפסקה כתובה בסגנון המתאים לאותו סוג טקסט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תיאורי מתאר תמונה/תחושה, מידעי מביא עובדות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מודעה מתאימה להזמנה או פרסום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מטרה שדורשת שכנוע בדעה, כמו בקשה משהו ייבנה או ישתנה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לבצע את חלק ההתאמה בעל פה בקבוצות לפני המילוי בכתב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להדגים דוגמה אחת מכל סוג טקסט לפני תחילת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בפעילות הכתיבה הפתוחה אפשר לתת לתלמידים לבחור יחד בזוגות סוג טקסט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סוגי טקסטים – לכל טקסט יש מטרה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מטרה ← צורה - סוגי טקסטים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לכל טקסט יש מטרה - לדווח, להסביר, להזמין, לשכנע, לתאר או להנחות. כאשר יודעים מהי המטרה, קל יותר לבחור את סוג הטקסט המתאים לכתיבה.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הוראות  ·  תיאורי  ·  טיעוני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התאמה: מטרה וסוג 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לדווח בעיתון בית הספר על יום הספורט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טקסט מידעי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להסביר איך פועל הר געש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כתבה עיתונאית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לכתוב מתכון לעוגיות שוקולד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מודעה/פרסומת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להזמין את כל השכבה למכירת עוגות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טקסט הוראות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בחירה מרובה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מהי המטרה של כתבה עיתונאית?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לדווח על אירוע שקרה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לשכנע בדעה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לתת הוראות הכנה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איזה סוג טקסט הכי מתאים למתכון לעוגיות?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טקסט טיעוני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טקסט הוראות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כתבה עיתונאית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איזה סוג טקסט מתאים כדי להזמין חברים למכירת עוגות?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טקסט מידעי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מודעה/פרסומת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טקסט תיאורי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טקסט הוראות כתוב בדרך כלל בשלבים או בצעדים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מודעה נועדה בעיקר לתאר רגשות עמוקים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טקסט מידעי מביא עובדות ומידע על נושא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כאשר רוצים לשכנע את מועצת העיר לבנות פארק כלבים, נכתוב טקסט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כדי להסביר שלב אחרי שלב איך מכינים עוגיות, נכתוב טקסט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כדי שהקוראים יוכלו לדמיין ולצייר את החדר שלי, אכתוב טקסט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משפט פתיחה למודעה שמזמינה למכירת עוגות בכיתה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משימת כתיבה פתוחה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בחרו אחת מהמטרות בדף (לדווח, להסביר, להזמין, לשכנע, לתאר) וכתבו פסקה קצרה בסוג הטקסט המתאים לה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ההבדל בין טקסט תיאורי לטקסט מידעי?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לאיזו מטרה מתאימה מודעה?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מטרה ← צורה - סוגי טקסטים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