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מטרה ← צורה -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הכתיבה בטקסטים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מטרת כתיבה לסוג הטקסט המתאים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פתיחים קצרים לסוגי טקסטים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מטרה וסוג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(מודעה/פרסומת)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(טקסט 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(טקסט תיאורי)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לדווח על אירוע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לשכנע מישהו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מודעה/פרסומת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טקסט תיאורי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שיהיה קל לבצע אותם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מודעה נועדת להזמין, לפרסם או למכור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המטרה היא ללמד את הקורא משהו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מטרתו לשכנע בדעה, לא רק לדווח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דיווח על אירוע שקרה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ומזמין, למשל: כולם מוזמנים! ביום שלישי מכירת עוגות גדולה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צעדים ברורים בסדר נכון, למשל: לחמם תנור, לערבב את המרכיבים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 טקסט מתאים למטרה, ושהפסקה כתובה בסגנון המתאים לאותו סוג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תיאורי מתאר תמונה/תחושה, מידעי מביא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מודעה מתאימה להזמנה או 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מטרה שדורשת שכנוע בדעה, כמו בקשה משהו ייבנה או ישתנה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בעל פה בקבוצות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טקסט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הפתוחה אפשר לתת לתלמידים לבחור יחד בזוגות סוג 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מטרה ← צורה -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יש מטרה. בדף הזה נתרגל להתאים בין מטרה של כתיבה לבין סוג הטקסט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כותבים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עיתונאית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שמדווח על אירוע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שלב אחרי שלב איך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תיאורי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שמתאר איך משהו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שמנסה לשכנע מישהו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עובדות ומידע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מודעה/פרסומת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שמזמין או מפרסם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מטרה וסוג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לדווח בעיתון בית הספר על יום הספורט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תיאורי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להסביר איך פועל הר געש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טיעוני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לכתוב מתכון לעוגיות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להזמין את כל השכבה למכירת עוגות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לשכנע את מועצת העיר לבנות פארק כלבים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מודעה/פרסומת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לתאר את החדר שלי כך שאפשר יהיה לצייר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טקסט הוראות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כתבה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לדווח על אירוע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הוראות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מתאים למתכון?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טקסט שמנסה לשכנע?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מישהו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להזמין לאירוע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להסביר תהליך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מתאים להזמנה?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מודעה/פרסומת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טקסט מתאים להסבר מדעי?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טקסט עוזר לדמיין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טיעוני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כתוב בדרך כלל בשלבים או בצעדים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נועדה בעיקר לתאר רגשות עמוקים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מביא עובדות ומידע על 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טיעוני מטרתו לדווח על אירוע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יכולה לדווח על יום ספורט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רוצים לשכנע את מועצת העיר לבנות פארק כלבים, נכתוב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להסביר שלב אחרי שלב איך מכינים עוגיות, נכתוב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שהקוראים יוכלו לדמיין ולצייר את החדר שלי, אכתוב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דיווח על יום הספורט בעיתון בית הספר הוא __________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להזמין את כל השכבה למכירת עוגות, אפרסם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טקסט שמסביר כיצד פועל הר געש הוא טקסט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למודעה שמזמינה למכירת עוגות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צעדים ראשונים בטקסט הוראות להכנת עוגיות שוקולד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מהמטרות בדף (לדווח, להסביר, להזמין, לשכנע, לתאר) וכתבו פסקה קצרה בסוג הטקסט המתאים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טקסט תיאורי לטקסט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מטרה מתאימה 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למטרה שמתאימה לטקסט טיעוני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מטרה ← צורה - סוגי טקסטים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