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הכתיבה בטקסטים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מטרת כתיבה לסוג הטקסט המתאים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פתיחים קצרים לסוגי 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מטרה וסוג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(מודעה/פרסומת)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(טקסט 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(טקסט תיאורי)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לדווח על אירוע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מישהו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מודעה/פרסומת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טקסט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שיהיה קל לבצע אותם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מודעה נועדת להזמין, לפרסם או למכור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המטרה היא ללמד את הקורא משהו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לשכנע בדעה, לא רק לדווח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דיווח על אירוע שקרה בבית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ומזמין, למשל: כולם מוזמנים! ביום שלישי מכירת עוגות גדולה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צעדים ברורים בסדר נכון, למשל: לחמם תנור, לערבב את המרכיבים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טקסט מתאים למטרה, ושהפסקה כתובה בסגנון המתאים לאותו סוג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תיאורי מתאר תמונה/תחושה, מידעי מביא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מודעה מתאימה להזמנה או 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מטרה שדורשת שכנוע בדעה, כמו בקשה משהו ייבנה או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בקבוצות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הפתוחה אפשר לתת לתלמידים לבחור יחד בזוגות סוג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יש מטרה - לדווח, להסביר, להזמין, לשכנע, לתאר או להנחות. כאשר יודעים מהי המטרה, קל יותר לבחור את סוג הטקסט המתאים לכתיבה.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מטרה וסוג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לדווח בעיתון בית הספר על יום הספורט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טיעוני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להסביר איך פועל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לכתוב מתכון לעוגיות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מודעה/פרסומת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להזמין את כל השכבה למכירת עוגות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תיאורי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לשכנע את מועצת העיר לבנות פארק כלבים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לתאר את החדר שלי כך שאפשר יהיה לצייר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כתבה עיתונאית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לדווח על אירוע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הוראות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הכי מתאים למתכון לעוגיות?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מטרתו של טקסט טיעוני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מישהו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להזמין לאירוע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תהליך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טקסט מתאים כדי להזמין חברים למכירת עוגות?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מודעה/פרסומת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כדי להסביר איך פועל הר געש נכתוב...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טקסט שמטרתו לגרום לקורא לדמיין תמונה בראש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כתוב בדרך כלל בשלבים או בצעדים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נועדה בעיקר לתאר רגשות עמוקים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מביא עובדות ומידע על 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טיעוני מטרתו לדווח על אירוע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יכולה לדווח על יום ספורט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רוצים לשכנע את מועצת העיר לבנות פארק כלבים,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להסביר שלב אחרי שלב איך מכינים עוגיות,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שהקוראים יוכלו לדמיין ולצייר את החדר שלי, אכתוב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דיווח על יום הספורט בעיתון בית הספר הוא __________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להזמין את כל השכבה למכירת עוגות, אפרסם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שמסביר כיצד פועל הר געש הוא טקסט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למודעה שמזמינה למכירת עוגות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צעדים ראשונים בטקסט הוראות להכנת עוגיות שוקולד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מהמטרות בדף (לדווח, להסביר, להזמין, לשכנע, לתאר) וכתבו פסקה קצרה בסוג הטקסט המתאים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תיאורי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לאיזו מטרה מתאימה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למטרה שמתאימה לטקסט טיעוני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מטרה ← צורה -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